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60"/>
      </w:pPr>
      <w:r>
        <w:rPr>
          <w:rFonts w:ascii="Calibri" w:hAnsi="Calibri"/>
          <w:b/>
          <w:i w:val="0"/>
          <w:color w:val="243B53"/>
          <w:sz w:val="40"/>
        </w:rPr>
        <w:t>Situasjonskort</w:t>
      </w:r>
    </w:p>
    <w:p>
      <w:pPr>
        <w:spacing w:after="200"/>
      </w:pPr>
      <w:r>
        <w:rPr>
          <w:rFonts w:ascii="Calibri" w:hAnsi="Calibri"/>
          <w:b w:val="0"/>
          <w:i/>
          <w:color w:val="52606D"/>
          <w:sz w:val="19"/>
        </w:rPr>
        <w:t>Vedlegg til øvelsen «Stemmen som mangler» – skriv ut og klipp langs de stiplede linjene.</w:t>
      </w:r>
    </w:p>
    <w:tbl>
      <w:tblPr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trHeight w:val="6120" w:hRule="exact"/>
          <w:cantSplit/>
        </w:trPr>
        <w:tc>
          <w:tcPr>
            <w:tcW w:type="dxa" w:w="9360"/>
            <w:vAlign w:val="center"/>
            <w:tcMar>
              <w:top w:w="190" w:type="dxa"/>
              <w:start w:w="220" w:type="dxa"/>
              <w:bottom w:w="190" w:type="dxa"/>
              <w:end w:w="220" w:type="dxa"/>
            </w:tcMar>
            <w:tcBorders>
              <w:top w:val="dashed" w:sz="8" w:color="8A99A8" w:space="0"/>
              <w:start w:val="dashed" w:sz="8" w:color="8A99A8" w:space="0"/>
              <w:bottom w:val="dashed" w:sz="8" w:color="8A99A8" w:space="0"/>
              <w:end w:val="dashed" w:sz="8" w:color="8A99A8" w:space="0"/>
            </w:tcBorders>
            <w:shd w:fill="F7F9FB"/>
          </w:tcPr>
          <w:p>
            <w:pPr>
              <w:spacing w:after="120"/>
              <w:jc w:val="center"/>
            </w:pPr>
            <w:r/>
            <w:r>
              <w:rPr>
                <w:rFonts w:ascii="Calibri" w:hAnsi="Calibri"/>
                <w:b/>
                <w:i w:val="0"/>
                <w:color w:val="52606D"/>
                <w:sz w:val="17"/>
              </w:rPr>
              <w:t>SITUASJON</w:t>
            </w:r>
          </w:p>
          <w:p>
            <w:pPr>
              <w:spacing w:after="160"/>
              <w:jc w:val="center"/>
            </w:pPr>
            <w:r>
              <w:rPr>
                <w:rFonts w:ascii="Calibri" w:hAnsi="Calibri"/>
                <w:b/>
                <w:i w:val="0"/>
                <w:color w:val="243B53"/>
                <w:sz w:val="30"/>
              </w:rPr>
              <w:t>Et nytt ungdomstilbud</w:t>
            </w:r>
          </w:p>
          <w:p>
            <w:pPr>
              <w:spacing w:after="160"/>
            </w:pPr>
            <w:r>
              <w:rPr>
                <w:rFonts w:ascii="Calibri" w:hAnsi="Calibri"/>
                <w:b w:val="0"/>
                <w:i w:val="0"/>
                <w:color w:val="111111"/>
                <w:sz w:val="21"/>
              </w:rPr>
              <w:t>Kommunen har fått penger til å åpne et nytt tilbud for ungdom. Tilbudet kan bli et spillrom, et kreativt verksted, en møteplass eller et aktivitetstilbud, men pengene rekker bare til én hovedsatsing.</w:t>
            </w:r>
          </w:p>
          <w:p>
            <w:pPr>
              <w:spacing w:after="100"/>
            </w:pPr>
            <w:r>
              <w:rPr>
                <w:rFonts w:ascii="Calibri" w:hAnsi="Calibri"/>
                <w:b/>
                <w:i w:val="0"/>
                <w:color w:val="243B53"/>
                <w:sz w:val="21"/>
              </w:rPr>
              <w:t xml:space="preserve">Oppgave: </w:t>
            </w:r>
            <w:r>
              <w:rPr>
                <w:rFonts w:ascii="Calibri" w:hAnsi="Calibri"/>
                <w:b w:val="0"/>
                <w:i w:val="0"/>
                <w:color w:val="111111"/>
                <w:sz w:val="21"/>
              </w:rPr>
              <w:t>Bli enige om hva lokalet skal brukes til.</w:t>
            </w:r>
          </w:p>
          <w:p>
            <w:pPr>
              <w:spacing w:after="0"/>
            </w:pPr>
            <w:r>
              <w:rPr>
                <w:rFonts w:ascii="Calibri" w:hAnsi="Calibri"/>
                <w:b/>
                <w:i w:val="0"/>
                <w:color w:val="9C3D10"/>
                <w:sz w:val="21"/>
              </w:rPr>
              <w:t xml:space="preserve">Tom stol: </w:t>
            </w:r>
            <w:r>
              <w:rPr>
                <w:rFonts w:ascii="Calibri" w:hAnsi="Calibri"/>
                <w:b w:val="0"/>
                <w:i w:val="0"/>
                <w:color w:val="9C3D10"/>
                <w:sz w:val="21"/>
              </w:rPr>
              <w:t>Ungdomsrepresentanten</w:t>
            </w:r>
          </w:p>
        </w:tc>
      </w:tr>
      <w:tr>
        <w:trPr>
          <w:trHeight w:val="6120" w:hRule="exact"/>
          <w:cantSplit/>
        </w:trPr>
        <w:tc>
          <w:tcPr>
            <w:tcW w:type="dxa" w:w="9360"/>
            <w:vAlign w:val="center"/>
            <w:tcMar>
              <w:top w:w="190" w:type="dxa"/>
              <w:start w:w="220" w:type="dxa"/>
              <w:bottom w:w="190" w:type="dxa"/>
              <w:end w:w="220" w:type="dxa"/>
            </w:tcMar>
            <w:tcBorders>
              <w:top w:val="dashed" w:sz="8" w:color="8A99A8" w:space="0"/>
              <w:start w:val="dashed" w:sz="8" w:color="8A99A8" w:space="0"/>
              <w:bottom w:val="dashed" w:sz="8" w:color="8A99A8" w:space="0"/>
              <w:end w:val="dashed" w:sz="8" w:color="8A99A8" w:space="0"/>
            </w:tcBorders>
            <w:shd w:fill="F7F9FB"/>
          </w:tcPr>
          <w:p>
            <w:pPr>
              <w:spacing w:after="120"/>
              <w:jc w:val="center"/>
            </w:pPr>
            <w:r/>
            <w:r>
              <w:rPr>
                <w:rFonts w:ascii="Calibri" w:hAnsi="Calibri"/>
                <w:b/>
                <w:i w:val="0"/>
                <w:color w:val="52606D"/>
                <w:sz w:val="17"/>
              </w:rPr>
              <w:t>SITUASJON</w:t>
            </w:r>
          </w:p>
          <w:p>
            <w:pPr>
              <w:spacing w:after="160"/>
              <w:jc w:val="center"/>
            </w:pPr>
            <w:r>
              <w:rPr>
                <w:rFonts w:ascii="Calibri" w:hAnsi="Calibri"/>
                <w:b/>
                <w:i w:val="0"/>
                <w:color w:val="243B53"/>
                <w:sz w:val="30"/>
              </w:rPr>
              <w:t>Aktivitetsdagen</w:t>
            </w:r>
          </w:p>
          <w:p>
            <w:pPr>
              <w:spacing w:after="160"/>
            </w:pPr>
            <w:r>
              <w:rPr>
                <w:rFonts w:ascii="Calibri" w:hAnsi="Calibri"/>
                <w:b w:val="0"/>
                <w:i w:val="0"/>
                <w:color w:val="111111"/>
                <w:sz w:val="21"/>
              </w:rPr>
              <w:t>Skolen skal arrangere en felles aktivitetsdag. Dagen skal inneholde konkurranser, bevegelse og samarbeid, men ikke alle elever kan delta i aktivitetene som er foreslått.</w:t>
            </w:r>
          </w:p>
          <w:p>
            <w:pPr>
              <w:spacing w:after="100"/>
            </w:pPr>
            <w:r>
              <w:rPr>
                <w:rFonts w:ascii="Calibri" w:hAnsi="Calibri"/>
                <w:b/>
                <w:i w:val="0"/>
                <w:color w:val="243B53"/>
                <w:sz w:val="21"/>
              </w:rPr>
              <w:t xml:space="preserve">Oppgave: </w:t>
            </w:r>
            <w:r>
              <w:rPr>
                <w:rFonts w:ascii="Calibri" w:hAnsi="Calibri"/>
                <w:b w:val="0"/>
                <w:i w:val="0"/>
                <w:color w:val="111111"/>
                <w:sz w:val="21"/>
              </w:rPr>
              <w:t>Bestem hvilke aktiviteter skolen skal gjennomføre.</w:t>
            </w:r>
          </w:p>
          <w:p>
            <w:pPr>
              <w:spacing w:after="0"/>
            </w:pPr>
            <w:r>
              <w:rPr>
                <w:rFonts w:ascii="Calibri" w:hAnsi="Calibri"/>
                <w:b/>
                <w:i w:val="0"/>
                <w:color w:val="9C3D10"/>
                <w:sz w:val="21"/>
              </w:rPr>
              <w:t xml:space="preserve">Tom stol: </w:t>
            </w:r>
            <w:r>
              <w:rPr>
                <w:rFonts w:ascii="Calibri" w:hAnsi="Calibri"/>
                <w:b w:val="0"/>
                <w:i w:val="0"/>
                <w:color w:val="9C3D10"/>
                <w:sz w:val="21"/>
              </w:rPr>
              <w:t>Eleven som trenger tilrettelegging</w:t>
            </w:r>
          </w:p>
        </w:tc>
      </w:tr>
    </w:tbl>
    <w:p>
      <w:r>
        <w:br w:type="page"/>
      </w:r>
    </w:p>
    <w:tbl>
      <w:tblPr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trHeight w:val="6120" w:hRule="exact"/>
          <w:cantSplit/>
        </w:trPr>
        <w:tc>
          <w:tcPr>
            <w:tcW w:type="dxa" w:w="9360"/>
            <w:vAlign w:val="center"/>
            <w:tcMar>
              <w:top w:w="190" w:type="dxa"/>
              <w:start w:w="220" w:type="dxa"/>
              <w:bottom w:w="190" w:type="dxa"/>
              <w:end w:w="220" w:type="dxa"/>
            </w:tcMar>
            <w:tcBorders>
              <w:top w:val="dashed" w:sz="8" w:color="8A99A8" w:space="0"/>
              <w:start w:val="dashed" w:sz="8" w:color="8A99A8" w:space="0"/>
              <w:bottom w:val="dashed" w:sz="8" w:color="8A99A8" w:space="0"/>
              <w:end w:val="dashed" w:sz="8" w:color="8A99A8" w:space="0"/>
            </w:tcBorders>
            <w:shd w:fill="F7F9FB"/>
          </w:tcPr>
          <w:p>
            <w:pPr>
              <w:spacing w:after="120"/>
              <w:jc w:val="center"/>
            </w:pPr>
            <w:r/>
            <w:r>
              <w:rPr>
                <w:rFonts w:ascii="Calibri" w:hAnsi="Calibri"/>
                <w:b/>
                <w:i w:val="0"/>
                <w:color w:val="52606D"/>
                <w:sz w:val="17"/>
              </w:rPr>
              <w:t>SITUASJON</w:t>
            </w:r>
          </w:p>
          <w:p>
            <w:pPr>
              <w:spacing w:after="160"/>
              <w:jc w:val="center"/>
            </w:pPr>
            <w:r>
              <w:rPr>
                <w:rFonts w:ascii="Calibri" w:hAnsi="Calibri"/>
                <w:b/>
                <w:i w:val="0"/>
                <w:color w:val="243B53"/>
                <w:sz w:val="30"/>
              </w:rPr>
              <w:t>Fotballbanen</w:t>
            </w:r>
          </w:p>
          <w:p>
            <w:pPr>
              <w:spacing w:after="160"/>
            </w:pPr>
            <w:r>
              <w:rPr>
                <w:rFonts w:ascii="Calibri" w:hAnsi="Calibri"/>
                <w:b w:val="0"/>
                <w:i w:val="0"/>
                <w:color w:val="111111"/>
                <w:sz w:val="21"/>
              </w:rPr>
              <w:t>Kommunen vurderer å fjerne en mye brukt fotballbane for å bygge parkeringsplasser. Området brukes daglig av ungdom, men det er også mangel på parkering i nærområdet.</w:t>
            </w:r>
          </w:p>
          <w:p>
            <w:pPr>
              <w:spacing w:after="100"/>
            </w:pPr>
            <w:r>
              <w:rPr>
                <w:rFonts w:ascii="Calibri" w:hAnsi="Calibri"/>
                <w:b/>
                <w:i w:val="0"/>
                <w:color w:val="243B53"/>
                <w:sz w:val="21"/>
              </w:rPr>
              <w:t xml:space="preserve">Oppgave: </w:t>
            </w:r>
            <w:r>
              <w:rPr>
                <w:rFonts w:ascii="Calibri" w:hAnsi="Calibri"/>
                <w:b w:val="0"/>
                <w:i w:val="0"/>
                <w:color w:val="111111"/>
                <w:sz w:val="21"/>
              </w:rPr>
              <w:t>Bestem om fotballbanen skal beholdes, flyttes eller fjernes.</w:t>
            </w:r>
          </w:p>
          <w:p>
            <w:pPr>
              <w:spacing w:after="0"/>
            </w:pPr>
            <w:r>
              <w:rPr>
                <w:rFonts w:ascii="Calibri" w:hAnsi="Calibri"/>
                <w:b/>
                <w:i w:val="0"/>
                <w:color w:val="9C3D10"/>
                <w:sz w:val="21"/>
              </w:rPr>
              <w:t xml:space="preserve">Tom stol: </w:t>
            </w:r>
            <w:r>
              <w:rPr>
                <w:rFonts w:ascii="Calibri" w:hAnsi="Calibri"/>
                <w:b w:val="0"/>
                <w:i w:val="0"/>
                <w:color w:val="9C3D10"/>
                <w:sz w:val="21"/>
              </w:rPr>
              <w:t>Ungdommen som bruker banen</w:t>
            </w:r>
          </w:p>
        </w:tc>
      </w:tr>
      <w:tr>
        <w:trPr>
          <w:trHeight w:val="6120" w:hRule="exact"/>
          <w:cantSplit/>
        </w:trPr>
        <w:tc>
          <w:tcPr>
            <w:tcW w:type="dxa" w:w="9360"/>
            <w:vAlign w:val="center"/>
            <w:tcMar>
              <w:top w:w="190" w:type="dxa"/>
              <w:start w:w="220" w:type="dxa"/>
              <w:bottom w:w="190" w:type="dxa"/>
              <w:end w:w="220" w:type="dxa"/>
            </w:tcMar>
            <w:tcBorders>
              <w:top w:val="dashed" w:sz="8" w:color="8A99A8" w:space="0"/>
              <w:start w:val="dashed" w:sz="8" w:color="8A99A8" w:space="0"/>
              <w:bottom w:val="dashed" w:sz="8" w:color="8A99A8" w:space="0"/>
              <w:end w:val="dashed" w:sz="8" w:color="8A99A8" w:space="0"/>
            </w:tcBorders>
            <w:shd w:fill="F7F9FB"/>
          </w:tcPr>
          <w:p>
            <w:pPr>
              <w:spacing w:after="120"/>
              <w:jc w:val="center"/>
            </w:pPr>
            <w:r/>
            <w:r>
              <w:rPr>
                <w:rFonts w:ascii="Calibri" w:hAnsi="Calibri"/>
                <w:b/>
                <w:i w:val="0"/>
                <w:color w:val="52606D"/>
                <w:sz w:val="17"/>
              </w:rPr>
              <w:t>SITUASJON</w:t>
            </w:r>
          </w:p>
          <w:p>
            <w:pPr>
              <w:spacing w:after="160"/>
              <w:jc w:val="center"/>
            </w:pPr>
            <w:r>
              <w:rPr>
                <w:rFonts w:ascii="Calibri" w:hAnsi="Calibri"/>
                <w:b/>
                <w:i w:val="0"/>
                <w:color w:val="243B53"/>
                <w:sz w:val="30"/>
              </w:rPr>
              <w:t>Nye mobilregler</w:t>
            </w:r>
          </w:p>
          <w:p>
            <w:pPr>
              <w:spacing w:after="160"/>
            </w:pPr>
            <w:r>
              <w:rPr>
                <w:rFonts w:ascii="Calibri" w:hAnsi="Calibri"/>
                <w:b w:val="0"/>
                <w:i w:val="0"/>
                <w:color w:val="111111"/>
                <w:sz w:val="21"/>
              </w:rPr>
              <w:t>Skolen skal lage nye regler for mobiltelefoner og sosiale medier. Noen ønsker totalforbud gjennom hele skoledagen, mens andre mener elevene bør få bruke mobilen i pausene.</w:t>
            </w:r>
          </w:p>
          <w:p>
            <w:pPr>
              <w:spacing w:after="100"/>
            </w:pPr>
            <w:r>
              <w:rPr>
                <w:rFonts w:ascii="Calibri" w:hAnsi="Calibri"/>
                <w:b/>
                <w:i w:val="0"/>
                <w:color w:val="243B53"/>
                <w:sz w:val="21"/>
              </w:rPr>
              <w:t xml:space="preserve">Oppgave: </w:t>
            </w:r>
            <w:r>
              <w:rPr>
                <w:rFonts w:ascii="Calibri" w:hAnsi="Calibri"/>
                <w:b w:val="0"/>
                <w:i w:val="0"/>
                <w:color w:val="111111"/>
                <w:sz w:val="21"/>
              </w:rPr>
              <w:t>Bli enige om hvilke mobilregler skolen skal innføre.</w:t>
            </w:r>
          </w:p>
          <w:p>
            <w:pPr>
              <w:spacing w:after="0"/>
            </w:pPr>
            <w:r>
              <w:rPr>
                <w:rFonts w:ascii="Calibri" w:hAnsi="Calibri"/>
                <w:b/>
                <w:i w:val="0"/>
                <w:color w:val="9C3D10"/>
                <w:sz w:val="21"/>
              </w:rPr>
              <w:t xml:space="preserve">Tom stol: </w:t>
            </w:r>
            <w:r>
              <w:rPr>
                <w:rFonts w:ascii="Calibri" w:hAnsi="Calibri"/>
                <w:b w:val="0"/>
                <w:i w:val="0"/>
                <w:color w:val="9C3D10"/>
                <w:sz w:val="21"/>
              </w:rPr>
              <w:t>Elevrepresentanten</w:t>
            </w:r>
          </w:p>
        </w:tc>
      </w:tr>
    </w:tbl>
    <w:p>
      <w:r>
        <w:br w:type="page"/>
      </w:r>
    </w:p>
    <w:tbl>
      <w:tblPr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trHeight w:val="6120" w:hRule="exact"/>
          <w:cantSplit/>
        </w:trPr>
        <w:tc>
          <w:tcPr>
            <w:tcW w:type="dxa" w:w="9360"/>
            <w:vAlign w:val="center"/>
            <w:tcMar>
              <w:top w:w="190" w:type="dxa"/>
              <w:start w:w="220" w:type="dxa"/>
              <w:bottom w:w="190" w:type="dxa"/>
              <w:end w:w="220" w:type="dxa"/>
            </w:tcMar>
            <w:tcBorders>
              <w:top w:val="dashed" w:sz="8" w:color="8A99A8" w:space="0"/>
              <w:start w:val="dashed" w:sz="8" w:color="8A99A8" w:space="0"/>
              <w:bottom w:val="dashed" w:sz="8" w:color="8A99A8" w:space="0"/>
              <w:end w:val="dashed" w:sz="8" w:color="8A99A8" w:space="0"/>
            </w:tcBorders>
            <w:shd w:fill="F7F9FB"/>
          </w:tcPr>
          <w:p>
            <w:pPr>
              <w:spacing w:after="120"/>
              <w:jc w:val="center"/>
            </w:pPr>
            <w:r/>
            <w:r>
              <w:rPr>
                <w:rFonts w:ascii="Calibri" w:hAnsi="Calibri"/>
                <w:b/>
                <w:i w:val="0"/>
                <w:color w:val="52606D"/>
                <w:sz w:val="17"/>
              </w:rPr>
              <w:t>SITUASJON</w:t>
            </w:r>
          </w:p>
          <w:p>
            <w:pPr>
              <w:spacing w:after="160"/>
              <w:jc w:val="center"/>
            </w:pPr>
            <w:r>
              <w:rPr>
                <w:rFonts w:ascii="Calibri" w:hAnsi="Calibri"/>
                <w:b/>
                <w:i w:val="0"/>
                <w:color w:val="243B53"/>
                <w:sz w:val="30"/>
              </w:rPr>
              <w:t>Fritidsklubben må spare</w:t>
            </w:r>
          </w:p>
          <w:p>
            <w:pPr>
              <w:spacing w:after="160"/>
            </w:pPr>
            <w:r>
              <w:rPr>
                <w:rFonts w:ascii="Calibri" w:hAnsi="Calibri"/>
                <w:b w:val="0"/>
                <w:i w:val="0"/>
                <w:color w:val="111111"/>
                <w:sz w:val="21"/>
              </w:rPr>
              <w:t>Fritidsklubben må kutte ett av tilbudene sine. Valget står mellom å redusere åpningstidene, fjerne musikkrommet, avslutte matserveringen eller kutte helgeaktivitetene.</w:t>
            </w:r>
          </w:p>
          <w:p>
            <w:pPr>
              <w:spacing w:after="100"/>
            </w:pPr>
            <w:r>
              <w:rPr>
                <w:rFonts w:ascii="Calibri" w:hAnsi="Calibri"/>
                <w:b/>
                <w:i w:val="0"/>
                <w:color w:val="243B53"/>
                <w:sz w:val="21"/>
              </w:rPr>
              <w:t xml:space="preserve">Oppgave: </w:t>
            </w:r>
            <w:r>
              <w:rPr>
                <w:rFonts w:ascii="Calibri" w:hAnsi="Calibri"/>
                <w:b w:val="0"/>
                <w:i w:val="0"/>
                <w:color w:val="111111"/>
                <w:sz w:val="21"/>
              </w:rPr>
              <w:t>Bestem hvilket tilbud som skal kuttes.</w:t>
            </w:r>
          </w:p>
          <w:p>
            <w:pPr>
              <w:spacing w:after="0"/>
            </w:pPr>
            <w:r>
              <w:rPr>
                <w:rFonts w:ascii="Calibri" w:hAnsi="Calibri"/>
                <w:b/>
                <w:i w:val="0"/>
                <w:color w:val="9C3D10"/>
                <w:sz w:val="21"/>
              </w:rPr>
              <w:t xml:space="preserve">Tom stol: </w:t>
            </w:r>
            <w:r>
              <w:rPr>
                <w:rFonts w:ascii="Calibri" w:hAnsi="Calibri"/>
                <w:b w:val="0"/>
                <w:i w:val="0"/>
                <w:color w:val="9C3D10"/>
                <w:sz w:val="21"/>
              </w:rPr>
              <w:t>Ungdommen som bruker klubben</w:t>
            </w:r>
          </w:p>
        </w:tc>
      </w:tr>
      <w:tr>
        <w:trPr>
          <w:trHeight w:val="6120" w:hRule="exact"/>
          <w:cantSplit/>
        </w:trPr>
        <w:tc>
          <w:tcPr>
            <w:tcW w:type="dxa" w:w="9360"/>
            <w:vAlign w:val="center"/>
            <w:tcMar>
              <w:top w:w="190" w:type="dxa"/>
              <w:start w:w="220" w:type="dxa"/>
              <w:bottom w:w="190" w:type="dxa"/>
              <w:end w:w="220" w:type="dxa"/>
            </w:tcMar>
            <w:tcBorders>
              <w:top w:val="dashed" w:sz="8" w:color="8A99A8" w:space="0"/>
              <w:start w:val="dashed" w:sz="8" w:color="8A99A8" w:space="0"/>
              <w:bottom w:val="dashed" w:sz="8" w:color="8A99A8" w:space="0"/>
              <w:end w:val="dashed" w:sz="8" w:color="8A99A8" w:space="0"/>
            </w:tcBorders>
            <w:shd w:fill="F7F9FB"/>
          </w:tcPr>
          <w:p>
            <w:pPr>
              <w:spacing w:after="120"/>
              <w:jc w:val="center"/>
            </w:pPr>
            <w:r/>
            <w:r>
              <w:rPr>
                <w:rFonts w:ascii="Calibri" w:hAnsi="Calibri"/>
                <w:b/>
                <w:i w:val="0"/>
                <w:color w:val="52606D"/>
                <w:sz w:val="17"/>
              </w:rPr>
              <w:t>SITUASJON</w:t>
            </w:r>
          </w:p>
          <w:p>
            <w:pPr>
              <w:spacing w:after="160"/>
              <w:jc w:val="center"/>
            </w:pPr>
            <w:r>
              <w:rPr>
                <w:rFonts w:ascii="Calibri" w:hAnsi="Calibri"/>
                <w:b/>
                <w:i w:val="0"/>
                <w:color w:val="243B53"/>
                <w:sz w:val="30"/>
              </w:rPr>
              <w:t>En tryggere park</w:t>
            </w:r>
          </w:p>
          <w:p>
            <w:pPr>
              <w:spacing w:after="160"/>
            </w:pPr>
            <w:r>
              <w:rPr>
                <w:rFonts w:ascii="Calibri" w:hAnsi="Calibri"/>
                <w:b w:val="0"/>
                <w:i w:val="0"/>
                <w:color w:val="111111"/>
                <w:sz w:val="21"/>
              </w:rPr>
              <w:t>Kommunen ønsker å gjøre en park tryggere. Forslagene er sterkere belysning, overvåkingskameraer, vakthold eller tidligere stengetid. Tiltakene kan påvirke både trygghet, privatliv og hvem som bruker parken.</w:t>
            </w:r>
          </w:p>
          <w:p>
            <w:pPr>
              <w:spacing w:after="100"/>
            </w:pPr>
            <w:r>
              <w:rPr>
                <w:rFonts w:ascii="Calibri" w:hAnsi="Calibri"/>
                <w:b/>
                <w:i w:val="0"/>
                <w:color w:val="243B53"/>
                <w:sz w:val="21"/>
              </w:rPr>
              <w:t xml:space="preserve">Oppgave: </w:t>
            </w:r>
            <w:r>
              <w:rPr>
                <w:rFonts w:ascii="Calibri" w:hAnsi="Calibri"/>
                <w:b w:val="0"/>
                <w:i w:val="0"/>
                <w:color w:val="111111"/>
                <w:sz w:val="21"/>
              </w:rPr>
              <w:t>Velg hvilke tiltak kommunen skal innføre.</w:t>
            </w:r>
          </w:p>
          <w:p>
            <w:pPr>
              <w:spacing w:after="0"/>
            </w:pPr>
            <w:r>
              <w:rPr>
                <w:rFonts w:ascii="Calibri" w:hAnsi="Calibri"/>
                <w:b/>
                <w:i w:val="0"/>
                <w:color w:val="9C3D10"/>
                <w:sz w:val="21"/>
              </w:rPr>
              <w:t xml:space="preserve">Tom stol: </w:t>
            </w:r>
            <w:r>
              <w:rPr>
                <w:rFonts w:ascii="Calibri" w:hAnsi="Calibri"/>
                <w:b w:val="0"/>
                <w:i w:val="0"/>
                <w:color w:val="9C3D10"/>
                <w:sz w:val="21"/>
              </w:rPr>
              <w:t>Ungdommen som bruker parken</w:t>
            </w:r>
          </w:p>
        </w:tc>
      </w:tr>
    </w:tbl>
    <w:sectPr w:rsidR="00FC693F" w:rsidRPr="0006063C" w:rsidSect="00034616">
      <w:footerReference w:type="default" r:id="rId9"/>
      <w:pgSz w:w="12240" w:h="15840"/>
      <w:pgMar w:top="792" w:right="1080" w:bottom="792" w:left="1080" w:header="432" w:footer="43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b w:val="0"/>
        <w:i w:val="0"/>
        <w:color w:val="52606D"/>
        <w:sz w:val="17"/>
      </w:rPr>
      <w:t>Temakurs: teater og drama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